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780B8" w14:textId="77777777" w:rsidR="00522847" w:rsidRDefault="008353CD">
      <w:pPr>
        <w:spacing w:after="60"/>
        <w:jc w:val="center"/>
      </w:pPr>
      <w:r>
        <w:rPr>
          <w:b/>
          <w:sz w:val="28"/>
        </w:rPr>
        <w:t>COMUNE DI OLIVETO CITRA</w:t>
      </w:r>
    </w:p>
    <w:p w14:paraId="5AA1D0CF" w14:textId="77777777" w:rsidR="00522847" w:rsidRDefault="008353CD">
      <w:pPr>
        <w:spacing w:after="60"/>
        <w:jc w:val="center"/>
      </w:pPr>
      <w:r>
        <w:rPr>
          <w:b/>
          <w:sz w:val="21"/>
        </w:rPr>
        <w:t>Provincia di Salerno</w:t>
      </w:r>
    </w:p>
    <w:p w14:paraId="0CD4775C" w14:textId="77777777" w:rsidR="00522847" w:rsidRDefault="008353CD">
      <w:pPr>
        <w:spacing w:after="60"/>
        <w:jc w:val="center"/>
      </w:pPr>
      <w:r>
        <w:rPr>
          <w:b/>
          <w:sz w:val="23"/>
        </w:rPr>
        <w:t>SPORTELLO UNICO PER L’EDILIZIA</w:t>
      </w:r>
    </w:p>
    <w:p w14:paraId="4DF3B5F3" w14:textId="77777777" w:rsidR="00522847" w:rsidRDefault="008353CD">
      <w:pPr>
        <w:spacing w:before="120" w:after="60"/>
        <w:jc w:val="center"/>
      </w:pPr>
      <w:r>
        <w:rPr>
          <w:b/>
          <w:sz w:val="26"/>
        </w:rPr>
        <w:t>RELAZIONE ASSEVERATA SULLE CONDIZIONI DI SICUREZZA STATICA DELL’IMMOBILE</w:t>
      </w:r>
    </w:p>
    <w:p w14:paraId="19980797" w14:textId="77777777" w:rsidR="00522847" w:rsidRDefault="008353CD">
      <w:pPr>
        <w:spacing w:after="60"/>
        <w:jc w:val="center"/>
      </w:pPr>
      <w:r>
        <w:rPr>
          <w:b/>
          <w:sz w:val="26"/>
        </w:rPr>
        <w:t>AI FINI DELLA SEGNALAZIONE CERTIFICATA DI AGIBILITÀ</w:t>
      </w:r>
    </w:p>
    <w:p w14:paraId="7867FD4D" w14:textId="77777777" w:rsidR="00522847" w:rsidRDefault="008353CD">
      <w:pPr>
        <w:spacing w:after="60"/>
        <w:jc w:val="center"/>
      </w:pPr>
      <w:r>
        <w:rPr>
          <w:i/>
        </w:rPr>
        <w:t xml:space="preserve">(art. 24, commi 1 e 5, lett. a), D.P.R. 6 giugno </w:t>
      </w:r>
      <w:r>
        <w:rPr>
          <w:i/>
        </w:rPr>
        <w:t>2001, n. 380)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96"/>
      </w:tblGrid>
      <w:tr w:rsidR="00522847" w14:paraId="26B51C07" w14:textId="77777777">
        <w:tc>
          <w:tcPr>
            <w:tcW w:w="10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486D5DD2" w14:textId="77777777" w:rsidR="00522847" w:rsidRDefault="008353CD">
            <w:r>
              <w:rPr>
                <w:b/>
                <w:sz w:val="18"/>
              </w:rPr>
              <w:t xml:space="preserve">NOTA: </w:t>
            </w:r>
            <w:r>
              <w:rPr>
                <w:sz w:val="18"/>
              </w:rPr>
              <w:t>Il presente modello costituisce relazione integrativa alla SCA ed è finalizzato a documentare gli accertamenti posti a fondamento dell’asseverazione delle condizioni di sicurezza dell’immobile. Non sostituisce il certificato di collaudo</w:t>
            </w:r>
            <w:r>
              <w:rPr>
                <w:sz w:val="18"/>
              </w:rPr>
              <w:t xml:space="preserve"> statico né la dichiarazione di regolare esecuzione di cui all’art. 67 del D.P.R. 380/2001 quando tali documenti siano dovuti.</w:t>
            </w:r>
          </w:p>
        </w:tc>
      </w:tr>
    </w:tbl>
    <w:p w14:paraId="0D01111D" w14:textId="77777777" w:rsidR="00522847" w:rsidRDefault="00522847">
      <w:pPr>
        <w:spacing w:after="6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92"/>
      </w:tblGrid>
      <w:tr w:rsidR="00522847" w14:paraId="24AF4DAE" w14:textId="77777777">
        <w:trPr>
          <w:jc w:val="center"/>
        </w:trPr>
        <w:tc>
          <w:tcPr>
            <w:tcW w:w="10312" w:type="dxa"/>
            <w:tcBorders>
              <w:top w:val="single" w:sz="8" w:space="0" w:color="6B7280"/>
              <w:left w:val="single" w:sz="8" w:space="0" w:color="6B7280"/>
              <w:bottom w:val="single" w:sz="8" w:space="0" w:color="6B7280"/>
              <w:right w:val="single" w:sz="8" w:space="0" w:color="6B7280"/>
            </w:tcBorders>
            <w:shd w:val="clear" w:color="auto" w:fill="D9E2F3"/>
          </w:tcPr>
          <w:p w14:paraId="7CFA2D78" w14:textId="77777777" w:rsidR="00522847" w:rsidRDefault="008353CD">
            <w:pPr>
              <w:spacing w:after="0"/>
            </w:pPr>
            <w:r>
              <w:rPr>
                <w:b/>
                <w:sz w:val="21"/>
              </w:rPr>
              <w:t>1. AMBITO DELL’ATTESTAZIONE</w:t>
            </w:r>
          </w:p>
        </w:tc>
      </w:tr>
    </w:tbl>
    <w:p w14:paraId="7443D410" w14:textId="77777777" w:rsidR="00522847" w:rsidRDefault="00522847">
      <w:pPr>
        <w:spacing w:after="0"/>
      </w:pPr>
    </w:p>
    <w:p w14:paraId="692B716E" w14:textId="77777777" w:rsidR="00522847" w:rsidRDefault="008353CD">
      <w:pPr>
        <w:spacing w:after="60"/>
      </w:pPr>
      <w:r>
        <w:rPr>
          <w:b/>
        </w:rPr>
        <w:t xml:space="preserve">La presente relazione riguarda: </w:t>
      </w:r>
      <w:r>
        <w:t>☐</w:t>
      </w:r>
      <w:r>
        <w:t xml:space="preserve"> l’intero edificio    ☐ una porzione dell’edificio    ☐ una sing</w:t>
      </w:r>
      <w:r>
        <w:t>ola unità immobiliare    ☐ altro: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7087"/>
      </w:tblGrid>
      <w:tr w:rsidR="00522847" w14:paraId="0335458A" w14:textId="77777777">
        <w:trPr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2AB8079" w14:textId="77777777" w:rsidR="00522847" w:rsidRDefault="008353CD">
            <w:r>
              <w:rPr>
                <w:b/>
              </w:rPr>
              <w:t>Immobile sito in</w:t>
            </w:r>
          </w:p>
        </w:tc>
        <w:tc>
          <w:tcPr>
            <w:tcW w:w="70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86C70EE" w14:textId="77777777" w:rsidR="00522847" w:rsidRDefault="008353CD">
            <w:r>
              <w:t>Comune di Oliveto Citra – Località/Via _______________________________________________ n. ______</w:t>
            </w:r>
          </w:p>
        </w:tc>
      </w:tr>
      <w:tr w:rsidR="00522847" w14:paraId="251A8EBF" w14:textId="77777777">
        <w:trPr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DB961E7" w14:textId="77777777" w:rsidR="00522847" w:rsidRDefault="008353CD">
            <w:r>
              <w:rPr>
                <w:b/>
              </w:rPr>
              <w:t>Dati catastali</w:t>
            </w:r>
          </w:p>
        </w:tc>
        <w:tc>
          <w:tcPr>
            <w:tcW w:w="70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BED9930" w14:textId="77777777" w:rsidR="00522847" w:rsidRDefault="008353CD">
            <w:r>
              <w:t xml:space="preserve">Foglio ______  Particella/e </w:t>
            </w:r>
            <w:r>
              <w:t>__________________  Sub __________________</w:t>
            </w:r>
          </w:p>
        </w:tc>
      </w:tr>
      <w:tr w:rsidR="00522847" w14:paraId="47AD858A" w14:textId="77777777">
        <w:trPr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6E2F3BB" w14:textId="77777777" w:rsidR="00522847" w:rsidRDefault="008353CD">
            <w:r>
              <w:rPr>
                <w:b/>
              </w:rPr>
              <w:t>Destinazione d’uso</w:t>
            </w:r>
          </w:p>
        </w:tc>
        <w:tc>
          <w:tcPr>
            <w:tcW w:w="70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BAD0534" w14:textId="77777777" w:rsidR="00522847" w:rsidRDefault="008353CD">
            <w:r>
              <w:t>________________________________________________________________________________</w:t>
            </w:r>
          </w:p>
        </w:tc>
      </w:tr>
      <w:tr w:rsidR="00522847" w14:paraId="4591BB09" w14:textId="77777777">
        <w:trPr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6E8DD51" w14:textId="77777777" w:rsidR="00522847" w:rsidRDefault="008353CD">
            <w:r>
              <w:rPr>
                <w:b/>
              </w:rPr>
              <w:t>Titolo edilizio</w:t>
            </w:r>
          </w:p>
        </w:tc>
        <w:tc>
          <w:tcPr>
            <w:tcW w:w="70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E7F52A2" w14:textId="77777777" w:rsidR="00522847" w:rsidRDefault="008353CD">
            <w:r>
              <w:t>☐</w:t>
            </w:r>
            <w:r>
              <w:t xml:space="preserve"> SCIA  ☐ PdC  ☐ altro __________________  prot./n. ____________ del ____/____/________</w:t>
            </w:r>
          </w:p>
        </w:tc>
      </w:tr>
      <w:tr w:rsidR="00522847" w14:paraId="3BACD81A" w14:textId="77777777">
        <w:trPr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2C12C3A" w14:textId="77777777" w:rsidR="00522847" w:rsidRDefault="008353CD">
            <w:r>
              <w:rPr>
                <w:b/>
              </w:rPr>
              <w:t>SCA</w:t>
            </w:r>
          </w:p>
        </w:tc>
        <w:tc>
          <w:tcPr>
            <w:tcW w:w="70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7CA6C62" w14:textId="77777777" w:rsidR="00522847" w:rsidRDefault="008353CD">
            <w:r>
              <w:t>pr</w:t>
            </w:r>
            <w:r>
              <w:t>ot. n. __________________ del ____/____/________</w:t>
            </w:r>
          </w:p>
        </w:tc>
      </w:tr>
    </w:tbl>
    <w:p w14:paraId="70EB2885" w14:textId="77777777" w:rsidR="00522847" w:rsidRDefault="00522847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92"/>
      </w:tblGrid>
      <w:tr w:rsidR="00522847" w14:paraId="769B5DCD" w14:textId="77777777">
        <w:trPr>
          <w:jc w:val="center"/>
        </w:trPr>
        <w:tc>
          <w:tcPr>
            <w:tcW w:w="10312" w:type="dxa"/>
            <w:tcBorders>
              <w:top w:val="single" w:sz="8" w:space="0" w:color="6B7280"/>
              <w:left w:val="single" w:sz="8" w:space="0" w:color="6B7280"/>
              <w:bottom w:val="single" w:sz="8" w:space="0" w:color="6B7280"/>
              <w:right w:val="single" w:sz="8" w:space="0" w:color="6B7280"/>
            </w:tcBorders>
            <w:shd w:val="clear" w:color="auto" w:fill="D9E2F3"/>
          </w:tcPr>
          <w:p w14:paraId="087E76AC" w14:textId="77777777" w:rsidR="00522847" w:rsidRDefault="008353CD">
            <w:pPr>
              <w:spacing w:after="0"/>
            </w:pPr>
            <w:r>
              <w:rPr>
                <w:b/>
                <w:sz w:val="21"/>
              </w:rPr>
              <w:t>2. DATI DEL TECNICO ASSEVERANTE</w:t>
            </w:r>
          </w:p>
        </w:tc>
      </w:tr>
    </w:tbl>
    <w:p w14:paraId="416A7FF4" w14:textId="77777777" w:rsidR="00522847" w:rsidRDefault="0052284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7087"/>
      </w:tblGrid>
      <w:tr w:rsidR="00522847" w14:paraId="044CB752" w14:textId="77777777">
        <w:trPr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DBB7E7F" w14:textId="77777777" w:rsidR="00522847" w:rsidRDefault="008353CD">
            <w:r>
              <w:rPr>
                <w:b/>
              </w:rPr>
              <w:t>Qualifica</w:t>
            </w:r>
          </w:p>
        </w:tc>
        <w:tc>
          <w:tcPr>
            <w:tcW w:w="70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CF09339" w14:textId="77777777" w:rsidR="00522847" w:rsidRDefault="008353CD">
            <w:r>
              <w:t>☐</w:t>
            </w:r>
            <w:r>
              <w:t xml:space="preserve"> Direttore dei lavori   ☐ Professionista abilitato</w:t>
            </w:r>
          </w:p>
        </w:tc>
      </w:tr>
      <w:tr w:rsidR="00522847" w14:paraId="4499FE96" w14:textId="77777777">
        <w:trPr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E216E74" w14:textId="77777777" w:rsidR="00522847" w:rsidRDefault="008353CD">
            <w:r>
              <w:rPr>
                <w:b/>
              </w:rPr>
              <w:t>Cognome e nome</w:t>
            </w:r>
          </w:p>
        </w:tc>
        <w:tc>
          <w:tcPr>
            <w:tcW w:w="70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3970B51" w14:textId="77777777" w:rsidR="00522847" w:rsidRDefault="008353CD">
            <w:r>
              <w:t>________________________________________________________________________________</w:t>
            </w:r>
          </w:p>
        </w:tc>
      </w:tr>
      <w:tr w:rsidR="00522847" w14:paraId="7C8DFF36" w14:textId="77777777">
        <w:trPr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2C8AA5D" w14:textId="77777777" w:rsidR="00522847" w:rsidRDefault="008353CD">
            <w:r>
              <w:rPr>
                <w:b/>
              </w:rPr>
              <w:t>Codice fiscale</w:t>
            </w:r>
          </w:p>
        </w:tc>
        <w:tc>
          <w:tcPr>
            <w:tcW w:w="70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73CA4E0" w14:textId="77777777" w:rsidR="00522847" w:rsidRDefault="008353CD">
            <w:r>
              <w:t>________________________________________________________________________________</w:t>
            </w:r>
          </w:p>
        </w:tc>
      </w:tr>
      <w:tr w:rsidR="00522847" w14:paraId="22B0EF7E" w14:textId="77777777">
        <w:trPr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E84B2A6" w14:textId="77777777" w:rsidR="00522847" w:rsidRDefault="008353CD">
            <w:r>
              <w:rPr>
                <w:b/>
              </w:rPr>
              <w:t>Ordine/Collegio</w:t>
            </w:r>
          </w:p>
        </w:tc>
        <w:tc>
          <w:tcPr>
            <w:tcW w:w="70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3C68A34" w14:textId="77777777" w:rsidR="00522847" w:rsidRDefault="008353CD">
            <w:r>
              <w:t>__________________________________________  Provincia _______</w:t>
            </w:r>
            <w:r>
              <w:t>___  n. __________</w:t>
            </w:r>
          </w:p>
        </w:tc>
      </w:tr>
      <w:tr w:rsidR="00522847" w14:paraId="1F750D9A" w14:textId="77777777">
        <w:trPr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8E07F53" w14:textId="77777777" w:rsidR="00522847" w:rsidRDefault="008353CD">
            <w:r>
              <w:rPr>
                <w:b/>
              </w:rPr>
              <w:t>Studio professionale</w:t>
            </w:r>
          </w:p>
        </w:tc>
        <w:tc>
          <w:tcPr>
            <w:tcW w:w="70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7818917" w14:textId="77777777" w:rsidR="00522847" w:rsidRDefault="008353CD">
            <w:r>
              <w:t>________________________________________________________________________________</w:t>
            </w:r>
          </w:p>
        </w:tc>
      </w:tr>
      <w:tr w:rsidR="00522847" w14:paraId="4ECC97D8" w14:textId="77777777">
        <w:trPr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897830B" w14:textId="77777777" w:rsidR="00522847" w:rsidRDefault="008353CD">
            <w:r>
              <w:rPr>
                <w:b/>
              </w:rPr>
              <w:t>PEC / e-mail</w:t>
            </w:r>
          </w:p>
        </w:tc>
        <w:tc>
          <w:tcPr>
            <w:tcW w:w="70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78B1C62" w14:textId="77777777" w:rsidR="00522847" w:rsidRDefault="008353CD">
            <w:r>
              <w:t>________________________________________________________________________________</w:t>
            </w:r>
          </w:p>
        </w:tc>
      </w:tr>
      <w:tr w:rsidR="00522847" w14:paraId="0F504EB8" w14:textId="77777777">
        <w:trPr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9EA14CF" w14:textId="77777777" w:rsidR="00522847" w:rsidRDefault="008353CD">
            <w:r>
              <w:rPr>
                <w:b/>
              </w:rPr>
              <w:t>Telefono</w:t>
            </w:r>
          </w:p>
        </w:tc>
        <w:tc>
          <w:tcPr>
            <w:tcW w:w="70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42D0CC9" w14:textId="77777777" w:rsidR="00522847" w:rsidRDefault="008353CD">
            <w:r>
              <w:t>________________________________________________________________________________</w:t>
            </w:r>
          </w:p>
        </w:tc>
      </w:tr>
    </w:tbl>
    <w:p w14:paraId="16E89834" w14:textId="77777777" w:rsidR="00522847" w:rsidRDefault="00522847">
      <w:pPr>
        <w:spacing w:after="0"/>
      </w:pPr>
    </w:p>
    <w:p w14:paraId="7423AE92" w14:textId="77777777" w:rsidR="00522847" w:rsidRDefault="008353CD">
      <w:pPr>
        <w:spacing w:after="60"/>
      </w:pPr>
      <w:r>
        <w:lastRenderedPageBreak/>
        <w:t>Il sottoscritto, in qualità di persona esercente un servizio di pubblica necessità</w:t>
      </w:r>
      <w:r>
        <w:t xml:space="preserve"> ai sensi degli artt. 359 e 481 del Codice Penale, consapevole delle responsabilità e delle sanzioni previste in caso di dichiarazioni non veritiere, redige la presente relazione sulla base degli accertamenti di seguito specificati.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92"/>
      </w:tblGrid>
      <w:tr w:rsidR="00522847" w14:paraId="7D091E32" w14:textId="77777777">
        <w:trPr>
          <w:jc w:val="center"/>
        </w:trPr>
        <w:tc>
          <w:tcPr>
            <w:tcW w:w="10312" w:type="dxa"/>
            <w:tcBorders>
              <w:top w:val="single" w:sz="8" w:space="0" w:color="6B7280"/>
              <w:left w:val="single" w:sz="8" w:space="0" w:color="6B7280"/>
              <w:bottom w:val="single" w:sz="8" w:space="0" w:color="6B7280"/>
              <w:right w:val="single" w:sz="8" w:space="0" w:color="6B7280"/>
            </w:tcBorders>
            <w:shd w:val="clear" w:color="auto" w:fill="D9E2F3"/>
          </w:tcPr>
          <w:p w14:paraId="17ED1346" w14:textId="77777777" w:rsidR="00522847" w:rsidRDefault="008353CD">
            <w:pPr>
              <w:spacing w:after="0"/>
            </w:pPr>
            <w:r>
              <w:rPr>
                <w:b/>
                <w:sz w:val="21"/>
              </w:rPr>
              <w:t>3. RICOGNIZIONE DEL FAB</w:t>
            </w:r>
            <w:r>
              <w:rPr>
                <w:b/>
                <w:sz w:val="21"/>
              </w:rPr>
              <w:t>BRICATO E DELLA STRUTTURA ESISTENTE</w:t>
            </w:r>
          </w:p>
        </w:tc>
      </w:tr>
    </w:tbl>
    <w:p w14:paraId="61D86617" w14:textId="77777777" w:rsidR="00522847" w:rsidRDefault="0052284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7087"/>
      </w:tblGrid>
      <w:tr w:rsidR="00522847" w14:paraId="17B2A9E2" w14:textId="77777777">
        <w:trPr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5D158FF" w14:textId="77777777" w:rsidR="00522847" w:rsidRDefault="008353CD">
            <w:r>
              <w:rPr>
                <w:b/>
              </w:rPr>
              <w:t>Epoca di realizzazione</w:t>
            </w:r>
          </w:p>
        </w:tc>
        <w:tc>
          <w:tcPr>
            <w:tcW w:w="70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B5003E9" w14:textId="77777777" w:rsidR="00522847" w:rsidRDefault="008353CD">
            <w:r>
              <w:t>☐</w:t>
            </w:r>
            <w:r>
              <w:t xml:space="preserve"> ante 1967  ☐ dal __________  ☐ non determinabile con certezza; elementi disponibili: __________________</w:t>
            </w:r>
          </w:p>
        </w:tc>
      </w:tr>
      <w:tr w:rsidR="00522847" w14:paraId="3800FECB" w14:textId="77777777">
        <w:trPr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C2C0B55" w14:textId="77777777" w:rsidR="00522847" w:rsidRDefault="008353CD">
            <w:r>
              <w:rPr>
                <w:b/>
              </w:rPr>
              <w:t>Tipologia strutturale</w:t>
            </w:r>
          </w:p>
        </w:tc>
        <w:tc>
          <w:tcPr>
            <w:tcW w:w="70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0BB999E" w14:textId="77777777" w:rsidR="00522847" w:rsidRDefault="008353CD">
            <w:r>
              <w:t>☐</w:t>
            </w:r>
            <w:r>
              <w:t xml:space="preserve"> muratura  ☐ c.a.  ☐ acciaio  ☐ legno  ☐ mista  ☐ altro: </w:t>
            </w:r>
            <w:r>
              <w:t>______________________________</w:t>
            </w:r>
          </w:p>
        </w:tc>
      </w:tr>
      <w:tr w:rsidR="00522847" w14:paraId="601A1D51" w14:textId="77777777">
        <w:trPr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93B74A9" w14:textId="77777777" w:rsidR="00522847" w:rsidRDefault="008353CD">
            <w:r>
              <w:rPr>
                <w:b/>
              </w:rPr>
              <w:t>Solai</w:t>
            </w:r>
          </w:p>
        </w:tc>
        <w:tc>
          <w:tcPr>
            <w:tcW w:w="70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8F73E34" w14:textId="77777777" w:rsidR="00522847" w:rsidRDefault="008353CD">
            <w:r>
              <w:t>________________________________________________________________________________</w:t>
            </w:r>
          </w:p>
        </w:tc>
      </w:tr>
      <w:tr w:rsidR="00522847" w14:paraId="55D714F5" w14:textId="77777777">
        <w:trPr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4E390C1" w14:textId="77777777" w:rsidR="00522847" w:rsidRDefault="008353CD">
            <w:r>
              <w:rPr>
                <w:b/>
              </w:rPr>
              <w:t>Copertura</w:t>
            </w:r>
          </w:p>
        </w:tc>
        <w:tc>
          <w:tcPr>
            <w:tcW w:w="70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9351E46" w14:textId="77777777" w:rsidR="00522847" w:rsidRDefault="008353CD">
            <w:r>
              <w:t>________________________________________________________________________________</w:t>
            </w:r>
          </w:p>
        </w:tc>
      </w:tr>
      <w:tr w:rsidR="00522847" w14:paraId="78BDC8DB" w14:textId="77777777">
        <w:trPr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74BD751" w14:textId="77777777" w:rsidR="00522847" w:rsidRDefault="008353CD">
            <w:r>
              <w:rPr>
                <w:b/>
              </w:rPr>
              <w:t>Fondazioni (se note)</w:t>
            </w:r>
          </w:p>
        </w:tc>
        <w:tc>
          <w:tcPr>
            <w:tcW w:w="70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3900FDF" w14:textId="77777777" w:rsidR="00522847" w:rsidRDefault="008353CD">
            <w:r>
              <w:t>_______________________</w:t>
            </w:r>
            <w:r>
              <w:t>_________________________________________________________</w:t>
            </w:r>
          </w:p>
        </w:tc>
      </w:tr>
      <w:tr w:rsidR="00522847" w14:paraId="736CF489" w14:textId="77777777">
        <w:trPr>
          <w:jc w:val="center"/>
        </w:trPr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3CF7AA9" w14:textId="77777777" w:rsidR="00522847" w:rsidRDefault="008353CD">
            <w:r>
              <w:rPr>
                <w:b/>
              </w:rPr>
              <w:t>Numero piani</w:t>
            </w:r>
          </w:p>
        </w:tc>
        <w:tc>
          <w:tcPr>
            <w:tcW w:w="70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9A17E08" w14:textId="77777777" w:rsidR="00522847" w:rsidRDefault="008353CD">
            <w:r>
              <w:t>________________________________________________________________________________</w:t>
            </w:r>
          </w:p>
        </w:tc>
      </w:tr>
    </w:tbl>
    <w:p w14:paraId="35EE20BC" w14:textId="77777777" w:rsidR="00522847" w:rsidRDefault="00522847">
      <w:pPr>
        <w:spacing w:after="0"/>
      </w:pPr>
    </w:p>
    <w:p w14:paraId="0B6A949B" w14:textId="77777777" w:rsidR="00522847" w:rsidRDefault="008353CD">
      <w:pPr>
        <w:spacing w:after="60"/>
      </w:pPr>
      <w:r>
        <w:rPr>
          <w:b/>
        </w:rPr>
        <w:t>Interventi edilizi/strutturali successivi noti o rilevati:</w:t>
      </w:r>
    </w:p>
    <w:p w14:paraId="12D3BCA7" w14:textId="77777777" w:rsidR="00522847" w:rsidRDefault="008353CD">
      <w:pPr>
        <w:spacing w:after="60"/>
        <w:ind w:left="170"/>
      </w:pPr>
      <w:r>
        <w:t>1. _______________________________________</w:t>
      </w:r>
      <w:r>
        <w:t>_________________________________</w:t>
      </w:r>
    </w:p>
    <w:p w14:paraId="5FF90AF0" w14:textId="77777777" w:rsidR="00522847" w:rsidRDefault="008353CD">
      <w:pPr>
        <w:spacing w:after="60"/>
        <w:ind w:left="170"/>
      </w:pPr>
      <w:r>
        <w:t>2. ________________________________________________________________________</w:t>
      </w:r>
    </w:p>
    <w:p w14:paraId="702582D5" w14:textId="77777777" w:rsidR="00522847" w:rsidRDefault="008353CD">
      <w:pPr>
        <w:spacing w:after="60"/>
        <w:ind w:left="170"/>
      </w:pPr>
      <w:r>
        <w:t xml:space="preserve">3. </w:t>
      </w:r>
      <w:r>
        <w:t>________________________________________________________________________</w:t>
      </w:r>
    </w:p>
    <w:p w14:paraId="6A1929ED" w14:textId="77777777" w:rsidR="00522847" w:rsidRDefault="008353CD">
      <w:pPr>
        <w:spacing w:after="60"/>
        <w:ind w:left="170"/>
      </w:pPr>
      <w:r>
        <w:t>4. ________________________________________________________________________</w:t>
      </w:r>
    </w:p>
    <w:p w14:paraId="626A4F5F" w14:textId="77777777" w:rsidR="00522847" w:rsidRDefault="008353CD">
      <w:pPr>
        <w:spacing w:after="60"/>
      </w:pPr>
      <w:r>
        <w:rPr>
          <w:b/>
        </w:rPr>
        <w:t>Documentazione strutturale rinvenuta o esaminata:</w:t>
      </w:r>
    </w:p>
    <w:p w14:paraId="2373ED65" w14:textId="77777777" w:rsidR="00522847" w:rsidRDefault="008353CD">
      <w:pPr>
        <w:spacing w:after="0"/>
      </w:pPr>
      <w:r>
        <w:t>☐</w:t>
      </w:r>
      <w:r>
        <w:t xml:space="preserve"> progetto strutturale / elaborati di calcolo</w:t>
      </w:r>
    </w:p>
    <w:p w14:paraId="3166F52A" w14:textId="77777777" w:rsidR="00522847" w:rsidRDefault="008353CD">
      <w:pPr>
        <w:spacing w:after="0"/>
      </w:pPr>
      <w:r>
        <w:t>☐</w:t>
      </w:r>
      <w:r>
        <w:t xml:space="preserve"> denuncia/</w:t>
      </w:r>
      <w:r>
        <w:t>deposito/autorizzazione sismica</w:t>
      </w:r>
    </w:p>
    <w:p w14:paraId="55D80BF2" w14:textId="77777777" w:rsidR="00522847" w:rsidRDefault="008353CD">
      <w:pPr>
        <w:spacing w:after="0"/>
      </w:pPr>
      <w:r>
        <w:t>☐</w:t>
      </w:r>
      <w:r>
        <w:t xml:space="preserve"> certificato di collaudo statico</w:t>
      </w:r>
    </w:p>
    <w:p w14:paraId="5C4F2BE3" w14:textId="77777777" w:rsidR="00522847" w:rsidRDefault="008353CD">
      <w:pPr>
        <w:spacing w:after="0"/>
      </w:pPr>
      <w:r>
        <w:t>☐</w:t>
      </w:r>
      <w:r>
        <w:t xml:space="preserve"> dichiarazione di regolare esecuzione ex art. 67, comma 8-bis</w:t>
      </w:r>
    </w:p>
    <w:p w14:paraId="64538FA9" w14:textId="77777777" w:rsidR="00522847" w:rsidRDefault="008353CD">
      <w:pPr>
        <w:spacing w:after="0"/>
      </w:pPr>
      <w:r>
        <w:t>☐</w:t>
      </w:r>
      <w:r>
        <w:t xml:space="preserve"> certificato/relazione di idoneità statica</w:t>
      </w:r>
    </w:p>
    <w:p w14:paraId="74BB2B52" w14:textId="77777777" w:rsidR="00522847" w:rsidRDefault="008353CD">
      <w:pPr>
        <w:spacing w:after="0"/>
      </w:pPr>
      <w:r>
        <w:t>☐</w:t>
      </w:r>
      <w:r>
        <w:t xml:space="preserve"> altra documentazione: ___________________________________________________________</w:t>
      </w:r>
      <w:r>
        <w:t>_</w:t>
      </w:r>
    </w:p>
    <w:p w14:paraId="4B79DC54" w14:textId="77777777" w:rsidR="00522847" w:rsidRDefault="008353CD">
      <w:pPr>
        <w:spacing w:after="0"/>
      </w:pPr>
      <w:r>
        <w:t>☐</w:t>
      </w:r>
      <w:r>
        <w:t xml:space="preserve"> nessuna documentazione strutturale disponibile/rinvenuta agli atti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92"/>
      </w:tblGrid>
      <w:tr w:rsidR="00522847" w14:paraId="189BDA87" w14:textId="77777777">
        <w:trPr>
          <w:jc w:val="center"/>
        </w:trPr>
        <w:tc>
          <w:tcPr>
            <w:tcW w:w="10312" w:type="dxa"/>
            <w:tcBorders>
              <w:top w:val="single" w:sz="8" w:space="0" w:color="6B7280"/>
              <w:left w:val="single" w:sz="8" w:space="0" w:color="6B7280"/>
              <w:bottom w:val="single" w:sz="8" w:space="0" w:color="6B7280"/>
              <w:right w:val="single" w:sz="8" w:space="0" w:color="6B7280"/>
            </w:tcBorders>
            <w:shd w:val="clear" w:color="auto" w:fill="D9E2F3"/>
          </w:tcPr>
          <w:p w14:paraId="1D065FF4" w14:textId="77777777" w:rsidR="00522847" w:rsidRDefault="008353CD">
            <w:pPr>
              <w:spacing w:after="0"/>
            </w:pPr>
            <w:r>
              <w:rPr>
                <w:b/>
                <w:sz w:val="21"/>
              </w:rPr>
              <w:t>4. RAPPORTO TRA L’INTERVENTO OGGETTO DELLA SCA E LE STRUTTURE</w:t>
            </w:r>
          </w:p>
        </w:tc>
      </w:tr>
    </w:tbl>
    <w:p w14:paraId="2E1B1A14" w14:textId="77777777" w:rsidR="00522847" w:rsidRDefault="00522847">
      <w:pPr>
        <w:spacing w:after="0"/>
      </w:pPr>
    </w:p>
    <w:p w14:paraId="60C42B1C" w14:textId="77777777" w:rsidR="00522847" w:rsidRDefault="008353CD">
      <w:pPr>
        <w:spacing w:after="60"/>
      </w:pPr>
      <w:r>
        <w:rPr>
          <w:b/>
        </w:rPr>
        <w:t>Con riferimento ai lavori oggetto del titolo edilizio sopra indicato, il sottoscritto dichiara che:</w:t>
      </w:r>
    </w:p>
    <w:p w14:paraId="60B6B3B3" w14:textId="77777777" w:rsidR="00522847" w:rsidRDefault="008353CD">
      <w:pPr>
        <w:spacing w:after="0"/>
      </w:pPr>
      <w:r>
        <w:t>☐</w:t>
      </w:r>
      <w:r>
        <w:t xml:space="preserve"> l’intervento NON ha</w:t>
      </w:r>
      <w:r>
        <w:t xml:space="preserve"> interessato le strutture dell’edificio;</w:t>
      </w:r>
    </w:p>
    <w:p w14:paraId="5C18D4C2" w14:textId="77777777" w:rsidR="00522847" w:rsidRDefault="008353CD">
      <w:pPr>
        <w:spacing w:after="0"/>
      </w:pPr>
      <w:r>
        <w:t>☐</w:t>
      </w:r>
      <w:r>
        <w:t xml:space="preserve"> l’intervento HA interessato le strutture dell’edificio; in tal caso si indicano natura, classificazione e relativi adempimenti:</w:t>
      </w:r>
    </w:p>
    <w:p w14:paraId="3FA7048C" w14:textId="77777777" w:rsidR="00522847" w:rsidRDefault="008353CD">
      <w:pPr>
        <w:spacing w:after="0"/>
        <w:ind w:left="170"/>
      </w:pPr>
      <w:r>
        <w:t>__________________________________________________________________________________</w:t>
      </w:r>
    </w:p>
    <w:p w14:paraId="0566422F" w14:textId="77777777" w:rsidR="00522847" w:rsidRDefault="008353CD">
      <w:pPr>
        <w:spacing w:after="0"/>
        <w:ind w:left="170"/>
      </w:pPr>
      <w:r>
        <w:t>__</w:t>
      </w:r>
      <w:r>
        <w:t>________________________________________________________________________________</w:t>
      </w:r>
    </w:p>
    <w:p w14:paraId="3F05B7F3" w14:textId="77777777" w:rsidR="00522847" w:rsidRDefault="008353CD">
      <w:pPr>
        <w:spacing w:after="0"/>
        <w:ind w:left="170"/>
      </w:pPr>
      <w:r>
        <w:t>__________________________________________________________________________________</w:t>
      </w:r>
    </w:p>
    <w:p w14:paraId="596ECBEE" w14:textId="77777777" w:rsidR="00522847" w:rsidRDefault="008353CD">
      <w:pPr>
        <w:spacing w:after="60"/>
      </w:pPr>
      <w:r>
        <w:rPr>
          <w:b/>
          <w:sz w:val="18"/>
        </w:rPr>
        <w:t>L’eventuale dichiarazione che l’intervento non ha interessato le strutture riguarda esclusiv</w:t>
      </w:r>
      <w:r>
        <w:rPr>
          <w:b/>
          <w:sz w:val="18"/>
        </w:rPr>
        <w:t>amente la natura delle opere oggetto del titolo edilizio e non esonera il professionista dall’espletamento degli accertamenti necessari per poter asseverare le condizioni di sicurezza dell’immobile ai fini dell’art. 24 del D.P.R. 380/2001.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92"/>
      </w:tblGrid>
      <w:tr w:rsidR="00522847" w14:paraId="274C7CBC" w14:textId="77777777">
        <w:trPr>
          <w:jc w:val="center"/>
        </w:trPr>
        <w:tc>
          <w:tcPr>
            <w:tcW w:w="10312" w:type="dxa"/>
            <w:tcBorders>
              <w:top w:val="single" w:sz="8" w:space="0" w:color="6B7280"/>
              <w:left w:val="single" w:sz="8" w:space="0" w:color="6B7280"/>
              <w:bottom w:val="single" w:sz="8" w:space="0" w:color="6B7280"/>
              <w:right w:val="single" w:sz="8" w:space="0" w:color="6B7280"/>
            </w:tcBorders>
            <w:shd w:val="clear" w:color="auto" w:fill="D9E2F3"/>
          </w:tcPr>
          <w:p w14:paraId="0A923D76" w14:textId="77777777" w:rsidR="00522847" w:rsidRDefault="008353CD">
            <w:pPr>
              <w:spacing w:after="0"/>
            </w:pPr>
            <w:r>
              <w:rPr>
                <w:b/>
                <w:sz w:val="21"/>
              </w:rPr>
              <w:t xml:space="preserve">5. </w:t>
            </w:r>
            <w:r>
              <w:rPr>
                <w:b/>
                <w:sz w:val="21"/>
              </w:rPr>
              <w:t>ACCERTAMENTI E VERIFICHE EFFETTUATI</w:t>
            </w:r>
          </w:p>
        </w:tc>
      </w:tr>
    </w:tbl>
    <w:p w14:paraId="3C59F9DC" w14:textId="77777777" w:rsidR="00522847" w:rsidRDefault="00522847">
      <w:pPr>
        <w:spacing w:after="0"/>
      </w:pPr>
    </w:p>
    <w:p w14:paraId="62D34449" w14:textId="77777777" w:rsidR="00522847" w:rsidRDefault="008353CD">
      <w:pPr>
        <w:spacing w:after="60"/>
      </w:pPr>
      <w:r>
        <w:rPr>
          <w:b/>
        </w:rPr>
        <w:t>Ai fini della presente asseverazione sono stati effettivamente eseguiti i seguenti accertamenti (barrare e descrivere quelli svolti):</w:t>
      </w:r>
    </w:p>
    <w:p w14:paraId="5DEF9CC7" w14:textId="77777777" w:rsidR="00522847" w:rsidRDefault="008353CD">
      <w:pPr>
        <w:spacing w:after="0"/>
      </w:pPr>
      <w:r>
        <w:t>☐</w:t>
      </w:r>
      <w:r>
        <w:t xml:space="preserve"> esame dei titoli edilizi e degli elaborati tecnici disponibili;</w:t>
      </w:r>
    </w:p>
    <w:p w14:paraId="4C5E6C96" w14:textId="77777777" w:rsidR="00522847" w:rsidRDefault="008353CD">
      <w:pPr>
        <w:spacing w:after="0"/>
      </w:pPr>
      <w:r>
        <w:lastRenderedPageBreak/>
        <w:t>☐</w:t>
      </w:r>
      <w:r>
        <w:t xml:space="preserve"> esame della docu</w:t>
      </w:r>
      <w:r>
        <w:t>mentazione strutturale e/o sismica disponibile;</w:t>
      </w:r>
    </w:p>
    <w:p w14:paraId="5D789EB7" w14:textId="77777777" w:rsidR="00522847" w:rsidRDefault="008353CD">
      <w:pPr>
        <w:spacing w:after="0"/>
      </w:pPr>
      <w:r>
        <w:t>☐</w:t>
      </w:r>
      <w:r>
        <w:t xml:space="preserve"> sopralluogo generale dell’immobile e ricognizione delle strutture accessibili;</w:t>
      </w:r>
    </w:p>
    <w:p w14:paraId="776DC5B8" w14:textId="77777777" w:rsidR="00522847" w:rsidRDefault="008353CD">
      <w:pPr>
        <w:spacing w:after="0"/>
      </w:pPr>
      <w:r>
        <w:t>☐</w:t>
      </w:r>
      <w:r>
        <w:t xml:space="preserve"> verifica visiva dell’eventuale presenza di quadri fessurativi, deformazioni, dissesti o degrado significativo;</w:t>
      </w:r>
    </w:p>
    <w:p w14:paraId="49470B9F" w14:textId="77777777" w:rsidR="00522847" w:rsidRDefault="008353CD">
      <w:pPr>
        <w:spacing w:after="0"/>
      </w:pPr>
      <w:r>
        <w:t>☐</w:t>
      </w:r>
      <w:r>
        <w:t xml:space="preserve"> </w:t>
      </w:r>
      <w:r>
        <w:t>rilievo geometrico e ricognizione della tipologia degli elementi strutturali;</w:t>
      </w:r>
    </w:p>
    <w:p w14:paraId="45959C44" w14:textId="77777777" w:rsidR="00522847" w:rsidRDefault="008353CD">
      <w:pPr>
        <w:spacing w:after="0"/>
      </w:pPr>
      <w:r>
        <w:t>☐</w:t>
      </w:r>
      <w:r>
        <w:t xml:space="preserve"> saggi, prove o indagini sui materiali/elementi strutturali, come di seguito specificato;</w:t>
      </w:r>
    </w:p>
    <w:p w14:paraId="1798BDD0" w14:textId="77777777" w:rsidR="00522847" w:rsidRDefault="008353CD">
      <w:pPr>
        <w:spacing w:after="0"/>
      </w:pPr>
      <w:r>
        <w:t>☐</w:t>
      </w:r>
      <w:r>
        <w:t xml:space="preserve"> verifiche di calcolo, come di seguito specificato;</w:t>
      </w:r>
    </w:p>
    <w:p w14:paraId="59B6979F" w14:textId="77777777" w:rsidR="00522847" w:rsidRDefault="008353CD">
      <w:pPr>
        <w:spacing w:after="0"/>
      </w:pPr>
      <w:r>
        <w:t>☐</w:t>
      </w:r>
      <w:r>
        <w:t xml:space="preserve"> confronto con precedenti collaud</w:t>
      </w:r>
      <w:r>
        <w:t>i, certificazioni, relazioni o interventi strutturali;</w:t>
      </w:r>
    </w:p>
    <w:p w14:paraId="4CE39E68" w14:textId="77777777" w:rsidR="00522847" w:rsidRDefault="008353CD">
      <w:pPr>
        <w:spacing w:after="0"/>
      </w:pPr>
      <w:r>
        <w:t>☐</w:t>
      </w:r>
      <w:r>
        <w:t xml:space="preserve"> altro: ___________________________________________________________________________________.</w:t>
      </w:r>
    </w:p>
    <w:p w14:paraId="5340C7FC" w14:textId="77777777" w:rsidR="00522847" w:rsidRDefault="008353CD">
      <w:pPr>
        <w:spacing w:after="60"/>
      </w:pPr>
      <w:r>
        <w:rPr>
          <w:b/>
        </w:rPr>
        <w:t>Descrizione sintetica degli accertamenti, delle verifiche e degli eventuali esiti:</w:t>
      </w:r>
    </w:p>
    <w:p w14:paraId="7744DDF8" w14:textId="77777777" w:rsidR="00522847" w:rsidRDefault="008353CD">
      <w:pPr>
        <w:spacing w:after="0"/>
        <w:ind w:left="170"/>
      </w:pPr>
      <w:r>
        <w:t>________________________</w:t>
      </w:r>
      <w:r>
        <w:t>__________________________________________________________</w:t>
      </w:r>
    </w:p>
    <w:p w14:paraId="2804619D" w14:textId="77777777" w:rsidR="00522847" w:rsidRDefault="008353CD">
      <w:pPr>
        <w:spacing w:after="0"/>
        <w:ind w:left="170"/>
      </w:pPr>
      <w:r>
        <w:t>__________________________________________________________________________________</w:t>
      </w:r>
    </w:p>
    <w:p w14:paraId="4B219AE0" w14:textId="77777777" w:rsidR="00522847" w:rsidRDefault="008353CD">
      <w:pPr>
        <w:spacing w:after="0"/>
        <w:ind w:left="170"/>
      </w:pPr>
      <w:r>
        <w:t>__________________________________________________________________________________</w:t>
      </w:r>
    </w:p>
    <w:p w14:paraId="633F7138" w14:textId="77777777" w:rsidR="00522847" w:rsidRDefault="008353CD">
      <w:pPr>
        <w:spacing w:after="0"/>
        <w:ind w:left="170"/>
      </w:pPr>
      <w:r>
        <w:t>_______________________________</w:t>
      </w:r>
      <w:r>
        <w:t>___________________________________________________</w:t>
      </w:r>
    </w:p>
    <w:p w14:paraId="13E75620" w14:textId="77777777" w:rsidR="00522847" w:rsidRDefault="008353CD">
      <w:pPr>
        <w:spacing w:after="0"/>
        <w:ind w:left="170"/>
      </w:pPr>
      <w:r>
        <w:t>__________________________________________________________________________________</w:t>
      </w:r>
    </w:p>
    <w:p w14:paraId="2CDFC8DE" w14:textId="77777777" w:rsidR="00522847" w:rsidRDefault="008353CD">
      <w:pPr>
        <w:spacing w:after="0"/>
        <w:ind w:left="170"/>
      </w:pPr>
      <w:r>
        <w:t>__________________________________________________________________________________</w:t>
      </w:r>
    </w:p>
    <w:p w14:paraId="2029ABD1" w14:textId="77777777" w:rsidR="00522847" w:rsidRDefault="008353CD">
      <w:pPr>
        <w:spacing w:after="0"/>
        <w:ind w:left="170"/>
      </w:pPr>
      <w:r>
        <w:t>__________________________________________________________________________________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92"/>
      </w:tblGrid>
      <w:tr w:rsidR="00522847" w14:paraId="1C836CF2" w14:textId="77777777">
        <w:trPr>
          <w:jc w:val="center"/>
        </w:trPr>
        <w:tc>
          <w:tcPr>
            <w:tcW w:w="10312" w:type="dxa"/>
            <w:tcBorders>
              <w:top w:val="single" w:sz="8" w:space="0" w:color="6B7280"/>
              <w:left w:val="single" w:sz="8" w:space="0" w:color="6B7280"/>
              <w:bottom w:val="single" w:sz="8" w:space="0" w:color="6B7280"/>
              <w:right w:val="single" w:sz="8" w:space="0" w:color="6B7280"/>
            </w:tcBorders>
            <w:shd w:val="clear" w:color="auto" w:fill="D9E2F3"/>
          </w:tcPr>
          <w:p w14:paraId="79B1291E" w14:textId="77777777" w:rsidR="00522847" w:rsidRDefault="008353CD">
            <w:pPr>
              <w:spacing w:after="0"/>
            </w:pPr>
            <w:r>
              <w:rPr>
                <w:b/>
                <w:sz w:val="21"/>
              </w:rPr>
              <w:t>6. ESITO DELLA RICOGNIZIONE</w:t>
            </w:r>
          </w:p>
        </w:tc>
      </w:tr>
    </w:tbl>
    <w:p w14:paraId="78F73BEE" w14:textId="77777777" w:rsidR="00522847" w:rsidRDefault="00522847">
      <w:pPr>
        <w:spacing w:after="0"/>
      </w:pPr>
    </w:p>
    <w:p w14:paraId="3FC30642" w14:textId="77777777" w:rsidR="00522847" w:rsidRDefault="008353CD">
      <w:pPr>
        <w:spacing w:after="60"/>
      </w:pPr>
      <w:r>
        <w:rPr>
          <w:b/>
        </w:rPr>
        <w:t>Sulla base degli accertamenti effettivamente eseguiti, il sottoscritto dà atto che:</w:t>
      </w:r>
    </w:p>
    <w:p w14:paraId="37D3E1ED" w14:textId="77777777" w:rsidR="00522847" w:rsidRDefault="008353CD">
      <w:pPr>
        <w:spacing w:after="40"/>
      </w:pPr>
      <w:r>
        <w:t>☐</w:t>
      </w:r>
      <w:r>
        <w:t xml:space="preserve"> non sono stati rilevati elementi, per quanto riscontrabil</w:t>
      </w:r>
      <w:r>
        <w:t>e con gli accertamenti sopra descritti, tali da evidenziare condizioni di dissesto o di compromissione della sicurezza statica incompatibili con l’uso previsto;</w:t>
      </w:r>
    </w:p>
    <w:p w14:paraId="568F13AB" w14:textId="77777777" w:rsidR="00522847" w:rsidRDefault="008353CD">
      <w:pPr>
        <w:spacing w:after="40"/>
      </w:pPr>
      <w:r>
        <w:t>☐</w:t>
      </w:r>
      <w:r>
        <w:t xml:space="preserve"> sono state rilevate le seguenti anomalie/carenze, già oggetto di intervento o di specifica va</w:t>
      </w:r>
      <w:r>
        <w:t>lutazione tecnica:</w:t>
      </w:r>
    </w:p>
    <w:p w14:paraId="49F26767" w14:textId="77777777" w:rsidR="00522847" w:rsidRDefault="008353CD">
      <w:pPr>
        <w:spacing w:after="40"/>
      </w:pPr>
      <w:r>
        <w:t>☐</w:t>
      </w:r>
      <w:r>
        <w:t xml:space="preserve"> sono necessari ulteriori accertamenti prima di poter rendere un’asseverazione positiva sulle condizioni di sicurezza statica.</w:t>
      </w:r>
    </w:p>
    <w:p w14:paraId="7375C3EA" w14:textId="77777777" w:rsidR="00522847" w:rsidRDefault="008353CD">
      <w:pPr>
        <w:spacing w:after="0"/>
        <w:ind w:left="170"/>
      </w:pPr>
      <w:r>
        <w:t>__________________________________________________________________________________</w:t>
      </w:r>
    </w:p>
    <w:p w14:paraId="07E9DEA0" w14:textId="77777777" w:rsidR="00522847" w:rsidRDefault="008353CD">
      <w:pPr>
        <w:spacing w:after="0"/>
        <w:ind w:left="170"/>
      </w:pPr>
      <w:r>
        <w:t>__________________________</w:t>
      </w:r>
      <w:r>
        <w:t>________________________________________________________</w:t>
      </w:r>
    </w:p>
    <w:p w14:paraId="320E41EB" w14:textId="77777777" w:rsidR="00522847" w:rsidRDefault="008353CD">
      <w:pPr>
        <w:spacing w:after="0"/>
        <w:ind w:left="170"/>
      </w:pPr>
      <w:r>
        <w:t>__________________________________________________________________________________</w:t>
      </w:r>
    </w:p>
    <w:p w14:paraId="6803AB23" w14:textId="77777777" w:rsidR="00522847" w:rsidRDefault="008353CD">
      <w:pPr>
        <w:spacing w:after="0"/>
        <w:ind w:left="170"/>
      </w:pPr>
      <w:r>
        <w:t>__________________________________________________________________________________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92"/>
      </w:tblGrid>
      <w:tr w:rsidR="00522847" w14:paraId="17593DC2" w14:textId="77777777">
        <w:trPr>
          <w:jc w:val="center"/>
        </w:trPr>
        <w:tc>
          <w:tcPr>
            <w:tcW w:w="10312" w:type="dxa"/>
            <w:tcBorders>
              <w:top w:val="single" w:sz="8" w:space="0" w:color="6B7280"/>
              <w:left w:val="single" w:sz="8" w:space="0" w:color="6B7280"/>
              <w:bottom w:val="single" w:sz="8" w:space="0" w:color="6B7280"/>
              <w:right w:val="single" w:sz="8" w:space="0" w:color="6B7280"/>
            </w:tcBorders>
            <w:shd w:val="clear" w:color="auto" w:fill="D9E2F3"/>
          </w:tcPr>
          <w:p w14:paraId="6FC94497" w14:textId="77777777" w:rsidR="00522847" w:rsidRDefault="008353CD">
            <w:pPr>
              <w:spacing w:after="0"/>
            </w:pPr>
            <w:r>
              <w:rPr>
                <w:b/>
                <w:sz w:val="21"/>
              </w:rPr>
              <w:t>7. ASSEVERAZIONE FINALE</w:t>
            </w:r>
          </w:p>
        </w:tc>
      </w:tr>
    </w:tbl>
    <w:p w14:paraId="55A2FA57" w14:textId="77777777" w:rsidR="00522847" w:rsidRDefault="00522847">
      <w:pPr>
        <w:spacing w:after="0"/>
      </w:pPr>
    </w:p>
    <w:p w14:paraId="686AC4A7" w14:textId="77777777" w:rsidR="00522847" w:rsidRDefault="008353CD">
      <w:pPr>
        <w:spacing w:after="60"/>
        <w:jc w:val="center"/>
      </w:pPr>
      <w:r>
        <w:rPr>
          <w:b/>
          <w:sz w:val="24"/>
        </w:rPr>
        <w:t>ASSEVER</w:t>
      </w:r>
      <w:r>
        <w:rPr>
          <w:b/>
          <w:sz w:val="24"/>
        </w:rPr>
        <w:t>A</w:t>
      </w:r>
    </w:p>
    <w:p w14:paraId="63072DD5" w14:textId="77777777" w:rsidR="00522847" w:rsidRDefault="008353CD">
      <w:pPr>
        <w:spacing w:after="60"/>
        <w:jc w:val="both"/>
      </w:pPr>
      <w:r>
        <w:rPr>
          <w:b/>
          <w:sz w:val="20"/>
        </w:rPr>
        <w:t>che, sulla base della documentazione esaminata e degli accertamenti e delle verifiche effettivamente eseguiti e descritti nella presente relazione, sussistono, nello stato attuale, le condizioni di sicurezza statica dell’immobile/porzione/unità immobilia</w:t>
      </w:r>
      <w:r>
        <w:rPr>
          <w:b/>
          <w:sz w:val="20"/>
        </w:rPr>
        <w:t>re sopra individuato/a, in relazione all’uso cui è destinato/a, ai fini della Segnalazione Certificata di Agibilità di cui all’art. 24 del D.P.R. 380/2001.</w:t>
      </w:r>
    </w:p>
    <w:p w14:paraId="25762530" w14:textId="77777777" w:rsidR="00522847" w:rsidRDefault="008353CD">
      <w:pPr>
        <w:spacing w:after="60"/>
        <w:jc w:val="both"/>
      </w:pPr>
      <w:r>
        <w:rPr>
          <w:sz w:val="18"/>
        </w:rPr>
        <w:t>La presente asseverazione è resa nei limiti degli accertamenti dichiarati e non costituisce, ove non</w:t>
      </w:r>
      <w:r>
        <w:rPr>
          <w:sz w:val="18"/>
        </w:rPr>
        <w:t xml:space="preserve"> espressamente previsto dalla normativa applicabile, certificato di collaudo statico, dichiarazione di regolare esecuzione ex art. 67, comma 8-bis, certificazione di conformità sismica o sanatoria di eventuali adempimenti strutturali/sismici pregressi manc</w:t>
      </w:r>
      <w:r>
        <w:rPr>
          <w:sz w:val="18"/>
        </w:rPr>
        <w:t>anti.</w:t>
      </w:r>
    </w:p>
    <w:p w14:paraId="407D6FFD" w14:textId="77777777" w:rsidR="00522847" w:rsidRDefault="008353CD">
      <w:pPr>
        <w:spacing w:after="60"/>
      </w:pPr>
      <w:r>
        <w:rPr>
          <w:b/>
        </w:rPr>
        <w:t>Eventuali prescrizioni, limitazioni o osservazioni:</w:t>
      </w:r>
    </w:p>
    <w:p w14:paraId="273E16AD" w14:textId="77777777" w:rsidR="00522847" w:rsidRDefault="008353CD">
      <w:pPr>
        <w:spacing w:after="0"/>
        <w:ind w:left="170"/>
      </w:pPr>
      <w:r>
        <w:t>__________________________________________________________________________________</w:t>
      </w:r>
    </w:p>
    <w:p w14:paraId="13F8B58E" w14:textId="77777777" w:rsidR="00522847" w:rsidRDefault="008353CD">
      <w:pPr>
        <w:spacing w:after="0"/>
        <w:ind w:left="170"/>
      </w:pPr>
      <w:r>
        <w:t>__________________________________________________________________________________</w:t>
      </w:r>
    </w:p>
    <w:p w14:paraId="4759BFBC" w14:textId="77777777" w:rsidR="00522847" w:rsidRDefault="008353CD">
      <w:pPr>
        <w:spacing w:after="0"/>
        <w:ind w:left="170"/>
      </w:pPr>
      <w:r>
        <w:t>__________________________________________________________________________________</w:t>
      </w:r>
    </w:p>
    <w:p w14:paraId="591D5D25" w14:textId="77777777" w:rsidR="00522847" w:rsidRDefault="008353CD">
      <w:pPr>
        <w:spacing w:after="0"/>
        <w:ind w:left="170"/>
      </w:pPr>
      <w:r>
        <w:t>__________________________________________________________________________________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92"/>
      </w:tblGrid>
      <w:tr w:rsidR="00522847" w14:paraId="38A5C1D9" w14:textId="77777777">
        <w:trPr>
          <w:jc w:val="center"/>
        </w:trPr>
        <w:tc>
          <w:tcPr>
            <w:tcW w:w="10312" w:type="dxa"/>
            <w:tcBorders>
              <w:top w:val="single" w:sz="8" w:space="0" w:color="6B7280"/>
              <w:left w:val="single" w:sz="8" w:space="0" w:color="6B7280"/>
              <w:bottom w:val="single" w:sz="8" w:space="0" w:color="6B7280"/>
              <w:right w:val="single" w:sz="8" w:space="0" w:color="6B7280"/>
            </w:tcBorders>
            <w:shd w:val="clear" w:color="auto" w:fill="D9E2F3"/>
          </w:tcPr>
          <w:p w14:paraId="568B4A14" w14:textId="77777777" w:rsidR="00522847" w:rsidRDefault="008353CD">
            <w:pPr>
              <w:spacing w:after="0"/>
            </w:pPr>
            <w:r>
              <w:rPr>
                <w:b/>
                <w:sz w:val="21"/>
              </w:rPr>
              <w:t>8. ALLE</w:t>
            </w:r>
            <w:r>
              <w:rPr>
                <w:b/>
                <w:sz w:val="21"/>
              </w:rPr>
              <w:t>GATI ALLA RELAZIONE</w:t>
            </w:r>
          </w:p>
        </w:tc>
      </w:tr>
    </w:tbl>
    <w:p w14:paraId="4A0A80D7" w14:textId="77777777" w:rsidR="00522847" w:rsidRDefault="00522847">
      <w:pPr>
        <w:spacing w:after="0"/>
      </w:pPr>
    </w:p>
    <w:p w14:paraId="0FFD9E3C" w14:textId="77777777" w:rsidR="00522847" w:rsidRDefault="008353CD">
      <w:pPr>
        <w:spacing w:after="0"/>
      </w:pPr>
      <w:r>
        <w:t>☐</w:t>
      </w:r>
      <w:r>
        <w:t xml:space="preserve"> documentazione fotografica;</w:t>
      </w:r>
    </w:p>
    <w:p w14:paraId="0FAC2D61" w14:textId="77777777" w:rsidR="00522847" w:rsidRDefault="008353CD">
      <w:pPr>
        <w:spacing w:after="0"/>
      </w:pPr>
      <w:r>
        <w:t>☐</w:t>
      </w:r>
      <w:r>
        <w:t xml:space="preserve"> elaborati grafici / rilievi;</w:t>
      </w:r>
    </w:p>
    <w:p w14:paraId="5B55A3F3" w14:textId="77777777" w:rsidR="00522847" w:rsidRDefault="008353CD">
      <w:pPr>
        <w:spacing w:after="0"/>
      </w:pPr>
      <w:r>
        <w:t>☐</w:t>
      </w:r>
      <w:r>
        <w:t xml:space="preserve"> copia della documentazione strutturale/sismica esaminata;</w:t>
      </w:r>
    </w:p>
    <w:p w14:paraId="7F7F8694" w14:textId="77777777" w:rsidR="00522847" w:rsidRDefault="008353CD">
      <w:pPr>
        <w:spacing w:after="0"/>
      </w:pPr>
      <w:r>
        <w:t>☐</w:t>
      </w:r>
      <w:r>
        <w:t xml:space="preserve"> risultati di saggi/prove/indagini;</w:t>
      </w:r>
    </w:p>
    <w:p w14:paraId="5A5ACBC8" w14:textId="77777777" w:rsidR="00522847" w:rsidRDefault="008353CD">
      <w:pPr>
        <w:spacing w:after="0"/>
      </w:pPr>
      <w:r>
        <w:t>☐</w:t>
      </w:r>
      <w:r>
        <w:t xml:space="preserve"> verifiche di calcolo;</w:t>
      </w:r>
    </w:p>
    <w:p w14:paraId="6848A6C6" w14:textId="77777777" w:rsidR="00522847" w:rsidRDefault="008353CD">
      <w:pPr>
        <w:spacing w:after="0"/>
      </w:pPr>
      <w:r>
        <w:t>☐</w:t>
      </w:r>
      <w:r>
        <w:t xml:space="preserve"> altro: </w:t>
      </w:r>
      <w:r>
        <w:t>___________________________________________________________________________________.</w:t>
      </w:r>
    </w:p>
    <w:p w14:paraId="4632E214" w14:textId="77777777" w:rsidR="00522847" w:rsidRDefault="00522847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522847" w14:paraId="27EC1D2E" w14:textId="77777777">
        <w:trPr>
          <w:jc w:val="center"/>
        </w:trPr>
        <w:tc>
          <w:tcPr>
            <w:tcW w:w="5156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vAlign w:val="center"/>
          </w:tcPr>
          <w:p w14:paraId="2918058A" w14:textId="77777777" w:rsidR="00522847" w:rsidRDefault="008353CD">
            <w:pPr>
              <w:spacing w:after="40"/>
            </w:pPr>
            <w:r>
              <w:rPr>
                <w:b/>
              </w:rPr>
              <w:lastRenderedPageBreak/>
              <w:t>Luogo e data</w:t>
            </w:r>
            <w:r>
              <w:rPr>
                <w:b/>
              </w:rPr>
              <w:br/>
            </w:r>
            <w:r>
              <w:rPr>
                <w:b/>
              </w:rPr>
              <w:br/>
              <w:t>Oliveto Citra, ____/____/________</w:t>
            </w:r>
          </w:p>
        </w:tc>
        <w:tc>
          <w:tcPr>
            <w:tcW w:w="5156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vAlign w:val="center"/>
          </w:tcPr>
          <w:p w14:paraId="199944AB" w14:textId="77777777" w:rsidR="00522847" w:rsidRDefault="008353CD">
            <w:pPr>
              <w:spacing w:after="40"/>
            </w:pPr>
            <w:r>
              <w:rPr>
                <w:b/>
              </w:rPr>
              <w:t>Il tecnico asseverante</w:t>
            </w:r>
            <w:r>
              <w:rPr>
                <w:b/>
              </w:rPr>
              <w:br/>
            </w:r>
            <w:r>
              <w:rPr>
                <w:b/>
              </w:rPr>
              <w:br/>
              <w:t>Firma digitale / timbro e firma</w:t>
            </w:r>
          </w:p>
        </w:tc>
      </w:tr>
    </w:tbl>
    <w:p w14:paraId="28282503" w14:textId="77777777" w:rsidR="008353CD" w:rsidRDefault="008353CD"/>
    <w:sectPr w:rsidR="008353CD" w:rsidSect="00034616">
      <w:footerReference w:type="default" r:id="rId8"/>
      <w:pgSz w:w="12240" w:h="15840"/>
      <w:pgMar w:top="680" w:right="964" w:bottom="680" w:left="964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B82A4" w14:textId="77777777" w:rsidR="008353CD" w:rsidRDefault="008353CD">
      <w:pPr>
        <w:spacing w:after="0" w:line="240" w:lineRule="auto"/>
      </w:pPr>
      <w:r>
        <w:separator/>
      </w:r>
    </w:p>
  </w:endnote>
  <w:endnote w:type="continuationSeparator" w:id="0">
    <w:p w14:paraId="710417A5" w14:textId="77777777" w:rsidR="008353CD" w:rsidRDefault="00835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4C55C" w14:textId="77777777" w:rsidR="00522847" w:rsidRDefault="008353CD">
    <w:pPr>
      <w:pStyle w:val="Pidipagina"/>
      <w:jc w:val="center"/>
    </w:pPr>
    <w:r>
      <w:rPr>
        <w:i/>
        <w:sz w:val="16"/>
      </w:rPr>
      <w:t xml:space="preserve">Comune di Oliveto Citra – SUE | Modello </w:t>
    </w:r>
    <w:r>
      <w:rPr>
        <w:i/>
        <w:sz w:val="16"/>
      </w:rPr>
      <w:t>integrativo alla SCA – Sicurezza statica | Aggiornamento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9FCC4" w14:textId="77777777" w:rsidR="008353CD" w:rsidRDefault="008353CD">
      <w:pPr>
        <w:spacing w:after="0" w:line="240" w:lineRule="auto"/>
      </w:pPr>
      <w:r>
        <w:separator/>
      </w:r>
    </w:p>
  </w:footnote>
  <w:footnote w:type="continuationSeparator" w:id="0">
    <w:p w14:paraId="35F82392" w14:textId="77777777" w:rsidR="008353CD" w:rsidRDefault="008353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307D"/>
    <w:rsid w:val="0006063C"/>
    <w:rsid w:val="0015074B"/>
    <w:rsid w:val="0029639D"/>
    <w:rsid w:val="00326F90"/>
    <w:rsid w:val="00522847"/>
    <w:rsid w:val="008353C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35A534"/>
  <w14:defaultImageDpi w14:val="300"/>
  <w15:docId w15:val="{E212973F-92DD-43F2-8D9A-034D6B97F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1311</Words>
  <Characters>7473</Characters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2026-09-29T18:59:00Z</dcterms:created>
  <dcterms:modified xsi:type="dcterms:W3CDTF">2026-09-29T18:59:00Z</dcterms:modified>
  <cp:category/>
</cp:coreProperties>
</file>